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6B3" w:rsidRDefault="00E64CD9">
      <w:pPr>
        <w:rPr>
          <w:rFonts w:ascii="Arial" w:hAnsi="Arial" w:cs="Arial"/>
          <w:sz w:val="24"/>
          <w:szCs w:val="24"/>
        </w:rPr>
      </w:pPr>
      <w:r w:rsidRPr="00130E8D">
        <w:rPr>
          <w:rFonts w:ascii="Arial" w:hAnsi="Arial" w:cs="Arial"/>
          <w:sz w:val="24"/>
          <w:szCs w:val="24"/>
        </w:rPr>
        <w:br/>
      </w:r>
      <w:r w:rsidRPr="00130E8D">
        <w:rPr>
          <w:rFonts w:ascii="Arial" w:hAnsi="Arial" w:cs="Arial"/>
          <w:sz w:val="24"/>
          <w:szCs w:val="24"/>
        </w:rPr>
        <w:br/>
        <w:t>To</w:t>
      </w:r>
      <w:r w:rsidR="00130E8D" w:rsidRPr="00130E8D">
        <w:rPr>
          <w:rFonts w:ascii="Arial" w:hAnsi="Arial" w:cs="Arial"/>
          <w:sz w:val="24"/>
          <w:szCs w:val="24"/>
        </w:rPr>
        <w:tab/>
      </w:r>
      <w:r w:rsidR="00130E8D" w:rsidRPr="00130E8D">
        <w:rPr>
          <w:rFonts w:ascii="Arial" w:hAnsi="Arial" w:cs="Arial"/>
          <w:sz w:val="24"/>
          <w:szCs w:val="24"/>
        </w:rPr>
        <w:tab/>
      </w:r>
      <w:r w:rsidR="00130E8D" w:rsidRPr="00130E8D">
        <w:rPr>
          <w:rFonts w:ascii="Arial" w:hAnsi="Arial" w:cs="Arial"/>
          <w:sz w:val="24"/>
          <w:szCs w:val="24"/>
        </w:rPr>
        <w:tab/>
      </w:r>
      <w:r w:rsidR="00130E8D" w:rsidRPr="00130E8D">
        <w:rPr>
          <w:rFonts w:ascii="Arial" w:hAnsi="Arial" w:cs="Arial"/>
          <w:sz w:val="24"/>
          <w:szCs w:val="24"/>
        </w:rPr>
        <w:tab/>
      </w:r>
      <w:r w:rsidR="00130E8D" w:rsidRPr="00130E8D">
        <w:rPr>
          <w:rFonts w:ascii="Arial" w:hAnsi="Arial" w:cs="Arial"/>
          <w:sz w:val="24"/>
          <w:szCs w:val="24"/>
        </w:rPr>
        <w:tab/>
      </w:r>
      <w:r w:rsidR="00130E8D" w:rsidRPr="00130E8D">
        <w:rPr>
          <w:rFonts w:ascii="Arial" w:hAnsi="Arial" w:cs="Arial"/>
          <w:sz w:val="24"/>
          <w:szCs w:val="24"/>
        </w:rPr>
        <w:tab/>
      </w:r>
      <w:r w:rsidR="00130E8D" w:rsidRPr="00130E8D">
        <w:rPr>
          <w:rFonts w:ascii="Arial" w:hAnsi="Arial" w:cs="Arial"/>
          <w:sz w:val="24"/>
          <w:szCs w:val="24"/>
        </w:rPr>
        <w:tab/>
      </w:r>
      <w:r w:rsidR="00130E8D" w:rsidRPr="00130E8D">
        <w:rPr>
          <w:rFonts w:ascii="Arial" w:hAnsi="Arial" w:cs="Arial"/>
          <w:sz w:val="24"/>
          <w:szCs w:val="24"/>
        </w:rPr>
        <w:tab/>
      </w:r>
      <w:r w:rsidR="00130E8D" w:rsidRPr="00130E8D">
        <w:rPr>
          <w:rFonts w:ascii="Arial" w:hAnsi="Arial" w:cs="Arial"/>
          <w:sz w:val="24"/>
          <w:szCs w:val="24"/>
        </w:rPr>
        <w:tab/>
      </w:r>
      <w:r w:rsidR="00130E8D" w:rsidRPr="00130E8D">
        <w:rPr>
          <w:rFonts w:ascii="Arial" w:hAnsi="Arial" w:cs="Arial"/>
          <w:sz w:val="24"/>
          <w:szCs w:val="24"/>
        </w:rPr>
        <w:tab/>
      </w:r>
      <w:r w:rsidR="00130E8D">
        <w:rPr>
          <w:rFonts w:ascii="Arial" w:hAnsi="Arial" w:cs="Arial"/>
          <w:sz w:val="24"/>
          <w:szCs w:val="24"/>
        </w:rPr>
        <w:tab/>
      </w:r>
      <w:r w:rsidR="00130E8D" w:rsidRPr="00130E8D">
        <w:rPr>
          <w:rFonts w:ascii="Arial" w:hAnsi="Arial" w:cs="Arial"/>
          <w:sz w:val="24"/>
          <w:szCs w:val="24"/>
        </w:rPr>
        <w:t>Date:</w:t>
      </w:r>
      <w:r w:rsidRPr="00130E8D">
        <w:rPr>
          <w:rFonts w:ascii="Arial" w:hAnsi="Arial" w:cs="Arial"/>
          <w:sz w:val="24"/>
          <w:szCs w:val="24"/>
        </w:rPr>
        <w:br/>
        <w:t>The Branch Manager</w:t>
      </w:r>
      <w:r w:rsidRPr="00130E8D">
        <w:rPr>
          <w:rFonts w:ascii="Arial" w:hAnsi="Arial" w:cs="Arial"/>
          <w:sz w:val="24"/>
          <w:szCs w:val="24"/>
        </w:rPr>
        <w:br/>
        <w:t>Branch</w:t>
      </w:r>
      <w:r w:rsidR="003C26B3">
        <w:rPr>
          <w:rFonts w:ascii="Arial" w:hAnsi="Arial" w:cs="Arial"/>
          <w:sz w:val="24"/>
          <w:szCs w:val="24"/>
        </w:rPr>
        <w:t xml:space="preserve"> :</w:t>
      </w:r>
      <w:bookmarkStart w:id="0" w:name="_GoBack"/>
      <w:bookmarkEnd w:id="0"/>
      <w:r w:rsidRPr="00130E8D">
        <w:rPr>
          <w:rFonts w:ascii="Arial" w:hAnsi="Arial" w:cs="Arial"/>
          <w:sz w:val="24"/>
          <w:szCs w:val="24"/>
        </w:rPr>
        <w:br/>
      </w:r>
      <w:r w:rsidRPr="00130E8D">
        <w:rPr>
          <w:rFonts w:ascii="Arial" w:hAnsi="Arial" w:cs="Arial"/>
          <w:sz w:val="24"/>
          <w:szCs w:val="24"/>
        </w:rPr>
        <w:br/>
        <w:t xml:space="preserve">Subject: Submission of Export Documents for Issuance of </w:t>
      </w:r>
      <w:proofErr w:type="spellStart"/>
      <w:r w:rsidRPr="00130E8D">
        <w:rPr>
          <w:rFonts w:ascii="Arial" w:hAnsi="Arial" w:cs="Arial"/>
          <w:sz w:val="24"/>
          <w:szCs w:val="24"/>
        </w:rPr>
        <w:t>eBRC</w:t>
      </w:r>
      <w:proofErr w:type="spellEnd"/>
      <w:r w:rsidRPr="00130E8D">
        <w:rPr>
          <w:rFonts w:ascii="Arial" w:hAnsi="Arial" w:cs="Arial"/>
          <w:sz w:val="24"/>
          <w:szCs w:val="24"/>
        </w:rPr>
        <w:t xml:space="preserve"> </w:t>
      </w:r>
    </w:p>
    <w:p w:rsidR="00236B95" w:rsidRPr="00130E8D" w:rsidRDefault="00E64CD9">
      <w:pPr>
        <w:rPr>
          <w:rFonts w:ascii="Arial" w:hAnsi="Arial" w:cs="Arial"/>
          <w:sz w:val="24"/>
          <w:szCs w:val="24"/>
        </w:rPr>
      </w:pPr>
      <w:r w:rsidRPr="00130E8D">
        <w:rPr>
          <w:rFonts w:ascii="Arial" w:hAnsi="Arial" w:cs="Arial"/>
          <w:sz w:val="24"/>
          <w:szCs w:val="24"/>
        </w:rPr>
        <w:br/>
        <w:t>Dear Sir/Madam,</w:t>
      </w:r>
      <w:r w:rsidRPr="00130E8D">
        <w:rPr>
          <w:rFonts w:ascii="Arial" w:hAnsi="Arial" w:cs="Arial"/>
          <w:sz w:val="24"/>
          <w:szCs w:val="24"/>
        </w:rPr>
        <w:br/>
      </w:r>
      <w:r w:rsidRPr="00130E8D">
        <w:rPr>
          <w:rFonts w:ascii="Arial" w:hAnsi="Arial" w:cs="Arial"/>
          <w:sz w:val="24"/>
          <w:szCs w:val="24"/>
        </w:rPr>
        <w:br/>
        <w:t>We hereby submit the export documents pertaining to the following export shipment(s) for issuance of eBRC / attestation of export documents and request you to kindly process the same and return the duly attested documents.</w:t>
      </w:r>
      <w:r w:rsidRPr="00130E8D">
        <w:rPr>
          <w:rFonts w:ascii="Arial" w:hAnsi="Arial" w:cs="Arial"/>
          <w:sz w:val="24"/>
          <w:szCs w:val="24"/>
        </w:rPr>
        <w:br/>
      </w:r>
    </w:p>
    <w:tbl>
      <w:tblPr>
        <w:tblStyle w:val="TableGrid"/>
        <w:tblW w:w="10348" w:type="dxa"/>
        <w:tblLook w:val="04A0" w:firstRow="1" w:lastRow="0" w:firstColumn="1" w:lastColumn="0" w:noHBand="0" w:noVBand="1"/>
      </w:tblPr>
      <w:tblGrid>
        <w:gridCol w:w="524"/>
        <w:gridCol w:w="1962"/>
        <w:gridCol w:w="1165"/>
        <w:gridCol w:w="1145"/>
        <w:gridCol w:w="1164"/>
        <w:gridCol w:w="1450"/>
        <w:gridCol w:w="1642"/>
        <w:gridCol w:w="1296"/>
      </w:tblGrid>
      <w:tr w:rsidR="00236B95" w:rsidRPr="00130E8D" w:rsidTr="00D7091E">
        <w:trPr>
          <w:trHeight w:val="1155"/>
        </w:trPr>
        <w:tc>
          <w:tcPr>
            <w:tcW w:w="250" w:type="dxa"/>
          </w:tcPr>
          <w:p w:rsidR="00236B95" w:rsidRPr="00130E8D" w:rsidRDefault="00E64CD9">
            <w:pPr>
              <w:rPr>
                <w:rFonts w:ascii="Arial" w:hAnsi="Arial" w:cs="Arial"/>
                <w:sz w:val="24"/>
                <w:szCs w:val="24"/>
              </w:rPr>
            </w:pPr>
            <w:r w:rsidRPr="00130E8D">
              <w:rPr>
                <w:rFonts w:ascii="Arial" w:hAnsi="Arial" w:cs="Arial"/>
                <w:sz w:val="24"/>
                <w:szCs w:val="24"/>
              </w:rPr>
              <w:t>Sr.</w:t>
            </w:r>
          </w:p>
        </w:tc>
        <w:tc>
          <w:tcPr>
            <w:tcW w:w="2068" w:type="dxa"/>
          </w:tcPr>
          <w:p w:rsidR="00236B95" w:rsidRPr="00130E8D" w:rsidRDefault="00E64CD9">
            <w:pPr>
              <w:rPr>
                <w:rFonts w:ascii="Arial" w:hAnsi="Arial" w:cs="Arial"/>
                <w:sz w:val="24"/>
                <w:szCs w:val="24"/>
              </w:rPr>
            </w:pPr>
            <w:r w:rsidRPr="00130E8D">
              <w:rPr>
                <w:rFonts w:ascii="Arial" w:hAnsi="Arial" w:cs="Arial"/>
                <w:sz w:val="24"/>
                <w:szCs w:val="24"/>
              </w:rPr>
              <w:t>Invoice No. &amp; Date</w:t>
            </w:r>
          </w:p>
        </w:tc>
        <w:tc>
          <w:tcPr>
            <w:tcW w:w="1166" w:type="dxa"/>
          </w:tcPr>
          <w:p w:rsidR="00236B95" w:rsidRPr="00130E8D" w:rsidRDefault="00E64CD9">
            <w:pPr>
              <w:rPr>
                <w:rFonts w:ascii="Arial" w:hAnsi="Arial" w:cs="Arial"/>
                <w:sz w:val="24"/>
                <w:szCs w:val="24"/>
              </w:rPr>
            </w:pPr>
            <w:r w:rsidRPr="00130E8D">
              <w:rPr>
                <w:rFonts w:ascii="Arial" w:hAnsi="Arial" w:cs="Arial"/>
                <w:sz w:val="24"/>
                <w:szCs w:val="24"/>
              </w:rPr>
              <w:t>Shipping Bill No. &amp; Date</w:t>
            </w:r>
          </w:p>
        </w:tc>
        <w:tc>
          <w:tcPr>
            <w:tcW w:w="1163" w:type="dxa"/>
          </w:tcPr>
          <w:p w:rsidR="00236B95" w:rsidRPr="00130E8D" w:rsidRDefault="00E64CD9">
            <w:pPr>
              <w:rPr>
                <w:rFonts w:ascii="Arial" w:hAnsi="Arial" w:cs="Arial"/>
                <w:sz w:val="24"/>
                <w:szCs w:val="24"/>
              </w:rPr>
            </w:pPr>
            <w:r w:rsidRPr="00130E8D">
              <w:rPr>
                <w:rFonts w:ascii="Arial" w:hAnsi="Arial" w:cs="Arial"/>
                <w:sz w:val="24"/>
                <w:szCs w:val="24"/>
              </w:rPr>
              <w:t>Invoice Value</w:t>
            </w:r>
          </w:p>
        </w:tc>
        <w:tc>
          <w:tcPr>
            <w:tcW w:w="1166" w:type="dxa"/>
          </w:tcPr>
          <w:p w:rsidR="00236B95" w:rsidRPr="00130E8D" w:rsidRDefault="00E64CD9">
            <w:pPr>
              <w:rPr>
                <w:rFonts w:ascii="Arial" w:hAnsi="Arial" w:cs="Arial"/>
                <w:sz w:val="24"/>
                <w:szCs w:val="24"/>
              </w:rPr>
            </w:pPr>
            <w:r w:rsidRPr="00130E8D">
              <w:rPr>
                <w:rFonts w:ascii="Arial" w:hAnsi="Arial" w:cs="Arial"/>
                <w:sz w:val="24"/>
                <w:szCs w:val="24"/>
              </w:rPr>
              <w:t>Realised Amount</w:t>
            </w:r>
          </w:p>
        </w:tc>
        <w:tc>
          <w:tcPr>
            <w:tcW w:w="1528" w:type="dxa"/>
          </w:tcPr>
          <w:p w:rsidR="00236B95" w:rsidRPr="00130E8D" w:rsidRDefault="00E64CD9">
            <w:pPr>
              <w:rPr>
                <w:rFonts w:ascii="Arial" w:hAnsi="Arial" w:cs="Arial"/>
                <w:sz w:val="24"/>
                <w:szCs w:val="24"/>
              </w:rPr>
            </w:pPr>
            <w:r w:rsidRPr="00130E8D">
              <w:rPr>
                <w:rFonts w:ascii="Arial" w:hAnsi="Arial" w:cs="Arial"/>
                <w:sz w:val="24"/>
                <w:szCs w:val="24"/>
              </w:rPr>
              <w:t>IRM No. &amp; Date</w:t>
            </w:r>
          </w:p>
        </w:tc>
        <w:tc>
          <w:tcPr>
            <w:tcW w:w="1698" w:type="dxa"/>
          </w:tcPr>
          <w:p w:rsidR="00236B95" w:rsidRPr="00130E8D" w:rsidRDefault="00130E8D">
            <w:pPr>
              <w:rPr>
                <w:rFonts w:ascii="Arial" w:hAnsi="Arial" w:cs="Arial"/>
                <w:sz w:val="24"/>
                <w:szCs w:val="24"/>
              </w:rPr>
            </w:pPr>
            <w:r w:rsidRPr="00130E8D">
              <w:rPr>
                <w:rFonts w:ascii="Arial" w:hAnsi="Arial" w:cs="Arial"/>
                <w:sz w:val="24"/>
                <w:szCs w:val="24"/>
              </w:rPr>
              <w:t>Bank Charges</w:t>
            </w:r>
          </w:p>
        </w:tc>
        <w:tc>
          <w:tcPr>
            <w:tcW w:w="1309" w:type="dxa"/>
          </w:tcPr>
          <w:p w:rsidR="00236B95" w:rsidRPr="00130E8D" w:rsidRDefault="00E64CD9">
            <w:pPr>
              <w:rPr>
                <w:rFonts w:ascii="Arial" w:hAnsi="Arial" w:cs="Arial"/>
                <w:sz w:val="24"/>
                <w:szCs w:val="24"/>
              </w:rPr>
            </w:pPr>
            <w:r w:rsidRPr="00130E8D">
              <w:rPr>
                <w:rFonts w:ascii="Arial" w:hAnsi="Arial" w:cs="Arial"/>
                <w:sz w:val="24"/>
                <w:szCs w:val="24"/>
              </w:rPr>
              <w:t>Remarks</w:t>
            </w:r>
          </w:p>
        </w:tc>
      </w:tr>
      <w:tr w:rsidR="00236B95" w:rsidRPr="00130E8D" w:rsidTr="00D7091E">
        <w:trPr>
          <w:trHeight w:val="832"/>
        </w:trPr>
        <w:tc>
          <w:tcPr>
            <w:tcW w:w="250" w:type="dxa"/>
          </w:tcPr>
          <w:p w:rsidR="00236B95" w:rsidRPr="00130E8D" w:rsidRDefault="00236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</w:tcPr>
          <w:p w:rsidR="00236B95" w:rsidRPr="00130E8D" w:rsidRDefault="00236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</w:tcPr>
          <w:p w:rsidR="00236B95" w:rsidRPr="00130E8D" w:rsidRDefault="00236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3" w:type="dxa"/>
          </w:tcPr>
          <w:p w:rsidR="00236B95" w:rsidRPr="00130E8D" w:rsidRDefault="00236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6" w:type="dxa"/>
          </w:tcPr>
          <w:p w:rsidR="00236B95" w:rsidRPr="00130E8D" w:rsidRDefault="00236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</w:tcPr>
          <w:p w:rsidR="00236B95" w:rsidRPr="00130E8D" w:rsidRDefault="00236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8" w:type="dxa"/>
          </w:tcPr>
          <w:p w:rsidR="00236B95" w:rsidRPr="00130E8D" w:rsidRDefault="00236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9" w:type="dxa"/>
          </w:tcPr>
          <w:p w:rsidR="00236B95" w:rsidRPr="00130E8D" w:rsidRDefault="00236B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30E8D" w:rsidRPr="00130E8D" w:rsidRDefault="00130E8D" w:rsidP="00130E8D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130E8D">
        <w:rPr>
          <w:rFonts w:ascii="Arial" w:hAnsi="Arial" w:cs="Arial"/>
          <w:sz w:val="24"/>
          <w:szCs w:val="24"/>
        </w:rPr>
        <w:br/>
        <w:t>Enclosures:</w:t>
      </w:r>
      <w:r w:rsidRPr="00130E8D">
        <w:rPr>
          <w:rFonts w:ascii="Arial" w:hAnsi="Arial" w:cs="Arial"/>
          <w:sz w:val="24"/>
          <w:szCs w:val="24"/>
        </w:rPr>
        <w:br/>
        <w:t>1. Shipping Bill</w:t>
      </w:r>
      <w:r w:rsidR="00E64CD9" w:rsidRPr="00130E8D">
        <w:rPr>
          <w:rFonts w:ascii="Arial" w:hAnsi="Arial" w:cs="Arial"/>
          <w:sz w:val="24"/>
          <w:szCs w:val="24"/>
        </w:rPr>
        <w:br/>
        <w:t>2. Commercial Invoice</w:t>
      </w:r>
      <w:r w:rsidR="00E64CD9" w:rsidRPr="00130E8D">
        <w:rPr>
          <w:rFonts w:ascii="Arial" w:hAnsi="Arial" w:cs="Arial"/>
          <w:sz w:val="24"/>
          <w:szCs w:val="24"/>
        </w:rPr>
        <w:br/>
        <w:t>3. Inward Remittance Advice / IRM Copy</w:t>
      </w:r>
      <w:r w:rsidR="00E64CD9" w:rsidRPr="00130E8D">
        <w:rPr>
          <w:rFonts w:ascii="Arial" w:hAnsi="Arial" w:cs="Arial"/>
          <w:sz w:val="24"/>
          <w:szCs w:val="24"/>
        </w:rPr>
        <w:br/>
        <w:t>4. Packing List (if applicable)</w:t>
      </w:r>
    </w:p>
    <w:p w:rsidR="00ED75A6" w:rsidRDefault="00130E8D" w:rsidP="00130E8D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130E8D"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 xml:space="preserve"> </w:t>
      </w:r>
      <w:r w:rsidRPr="00130E8D">
        <w:rPr>
          <w:rFonts w:ascii="Arial" w:hAnsi="Arial" w:cs="Arial"/>
          <w:sz w:val="24"/>
          <w:szCs w:val="24"/>
        </w:rPr>
        <w:t xml:space="preserve">FEMA </w:t>
      </w:r>
      <w:proofErr w:type="spellStart"/>
      <w:r w:rsidRPr="00130E8D">
        <w:rPr>
          <w:rFonts w:ascii="Arial" w:hAnsi="Arial" w:cs="Arial"/>
          <w:sz w:val="24"/>
          <w:szCs w:val="24"/>
        </w:rPr>
        <w:t>decalaration</w:t>
      </w:r>
      <w:proofErr w:type="spellEnd"/>
      <w:r w:rsidRPr="00130E8D">
        <w:rPr>
          <w:rFonts w:ascii="Arial" w:hAnsi="Arial" w:cs="Arial"/>
          <w:sz w:val="24"/>
          <w:szCs w:val="24"/>
        </w:rPr>
        <w:br/>
        <w:t>6</w:t>
      </w:r>
      <w:r w:rsidR="00E64CD9" w:rsidRPr="00130E8D">
        <w:rPr>
          <w:rFonts w:ascii="Arial" w:hAnsi="Arial" w:cs="Arial"/>
          <w:sz w:val="24"/>
          <w:szCs w:val="24"/>
        </w:rPr>
        <w:t>. Any other supporting documents</w:t>
      </w:r>
      <w:r w:rsidR="00E64CD9" w:rsidRPr="00130E8D">
        <w:rPr>
          <w:rFonts w:ascii="Arial" w:hAnsi="Arial" w:cs="Arial"/>
          <w:sz w:val="24"/>
          <w:szCs w:val="24"/>
        </w:rPr>
        <w:br/>
      </w:r>
      <w:r w:rsidR="00E64CD9" w:rsidRPr="00130E8D">
        <w:rPr>
          <w:rFonts w:ascii="Arial" w:hAnsi="Arial" w:cs="Arial"/>
          <w:sz w:val="24"/>
          <w:szCs w:val="24"/>
        </w:rPr>
        <w:br/>
        <w:t>Kindly issue the eBRC / attest the export documents and return the original documents after necessary action.</w:t>
      </w:r>
      <w:r w:rsidR="00E64CD9" w:rsidRPr="00130E8D">
        <w:rPr>
          <w:rFonts w:ascii="Arial" w:hAnsi="Arial" w:cs="Arial"/>
          <w:sz w:val="24"/>
          <w:szCs w:val="24"/>
        </w:rPr>
        <w:br/>
      </w:r>
      <w:r w:rsidR="00E64CD9" w:rsidRPr="00130E8D">
        <w:rPr>
          <w:rFonts w:ascii="Arial" w:hAnsi="Arial" w:cs="Arial"/>
          <w:sz w:val="24"/>
          <w:szCs w:val="24"/>
        </w:rPr>
        <w:br/>
        <w:t>Thanking you,</w:t>
      </w:r>
    </w:p>
    <w:p w:rsidR="00ED75A6" w:rsidRDefault="00ED75A6" w:rsidP="00130E8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:rsidR="00236B95" w:rsidRPr="00130E8D" w:rsidRDefault="00E64CD9" w:rsidP="00130E8D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130E8D">
        <w:rPr>
          <w:rFonts w:ascii="Arial" w:hAnsi="Arial" w:cs="Arial"/>
          <w:sz w:val="24"/>
          <w:szCs w:val="24"/>
        </w:rPr>
        <w:br/>
      </w:r>
      <w:r w:rsidRPr="00130E8D">
        <w:rPr>
          <w:rFonts w:ascii="Arial" w:hAnsi="Arial" w:cs="Arial"/>
          <w:sz w:val="24"/>
          <w:szCs w:val="24"/>
        </w:rPr>
        <w:br/>
      </w:r>
      <w:r w:rsidRPr="00130E8D">
        <w:rPr>
          <w:rFonts w:ascii="Arial" w:hAnsi="Arial" w:cs="Arial"/>
          <w:sz w:val="24"/>
          <w:szCs w:val="24"/>
        </w:rPr>
        <w:br/>
        <w:t>Authorized Signatory</w:t>
      </w:r>
      <w:r w:rsidRPr="00130E8D">
        <w:rPr>
          <w:rFonts w:ascii="Arial" w:hAnsi="Arial" w:cs="Arial"/>
          <w:sz w:val="24"/>
          <w:szCs w:val="24"/>
        </w:rPr>
        <w:br/>
      </w:r>
      <w:r w:rsidRPr="00130E8D">
        <w:rPr>
          <w:rFonts w:ascii="Arial" w:hAnsi="Arial" w:cs="Arial"/>
          <w:sz w:val="24"/>
          <w:szCs w:val="24"/>
        </w:rPr>
        <w:br/>
      </w:r>
    </w:p>
    <w:sectPr w:rsidR="00236B95" w:rsidRPr="00130E8D" w:rsidSect="00ED75A6">
      <w:headerReference w:type="default" r:id="rId8"/>
      <w:pgSz w:w="12240" w:h="15840"/>
      <w:pgMar w:top="1418" w:right="104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930" w:rsidRDefault="002D0930" w:rsidP="00130E8D">
      <w:pPr>
        <w:spacing w:after="0" w:line="240" w:lineRule="auto"/>
      </w:pPr>
      <w:r>
        <w:separator/>
      </w:r>
    </w:p>
  </w:endnote>
  <w:endnote w:type="continuationSeparator" w:id="0">
    <w:p w:rsidR="002D0930" w:rsidRDefault="002D0930" w:rsidP="00130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930" w:rsidRDefault="002D0930" w:rsidP="00130E8D">
      <w:pPr>
        <w:spacing w:after="0" w:line="240" w:lineRule="auto"/>
      </w:pPr>
      <w:r>
        <w:separator/>
      </w:r>
    </w:p>
  </w:footnote>
  <w:footnote w:type="continuationSeparator" w:id="0">
    <w:p w:rsidR="002D0930" w:rsidRDefault="002D0930" w:rsidP="00130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E8D" w:rsidRDefault="00130E8D" w:rsidP="00130E8D">
    <w:pPr>
      <w:pStyle w:val="Header"/>
      <w:jc w:val="center"/>
    </w:pPr>
    <w:r>
      <w:t>ON LETTER HEAD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643534"/>
    <w:multiLevelType w:val="hybridMultilevel"/>
    <w:tmpl w:val="8A72AF0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30E8D"/>
    <w:rsid w:val="0015074B"/>
    <w:rsid w:val="00236B95"/>
    <w:rsid w:val="0029639D"/>
    <w:rsid w:val="002D0930"/>
    <w:rsid w:val="00326F90"/>
    <w:rsid w:val="003C26B3"/>
    <w:rsid w:val="004754AF"/>
    <w:rsid w:val="00705945"/>
    <w:rsid w:val="00AA1D8D"/>
    <w:rsid w:val="00B47730"/>
    <w:rsid w:val="00C27E40"/>
    <w:rsid w:val="00CB0664"/>
    <w:rsid w:val="00D7091E"/>
    <w:rsid w:val="00E64CD9"/>
    <w:rsid w:val="00ED75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AA6CD3"/>
  <w14:defaultImageDpi w14:val="300"/>
  <w15:docId w15:val="{5860928C-73C0-4DBE-906A-DDCE662C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C3258F-2140-4790-A690-AACDA9852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2026-08-22T16:37:00Z</dcterms:modified>
  <cp:category/>
</cp:coreProperties>
</file>